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N-111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N-111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 系列颜料膏 / N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1.76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遮盖力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颜料类别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二氧化钛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