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N-125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N-125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黄色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N 系列颜料膏 / N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1.48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正本酯（原稿标注）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遮盖力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颜料类别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有机颜料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