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N-150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N-150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土黄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N 系列颜料膏 / N pigment series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比重（原稿值）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1.52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耐光性（单色）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耐光性（配白）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耐迁移（对 PVC）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耐甲苯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正本酯（原稿标注）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遮盖力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5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颜料类别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无机颜料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应用：水性皮革涂饰（系列方向）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