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N-155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N-155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红棕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 系列颜料膏 / N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1.56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遮盖力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颜料类别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无机颜料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