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N-162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N-162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蓝色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N 系列颜料膏 / N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1.10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遮盖力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颜料类别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有机颜料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