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N-171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N-171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绿色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N 系列颜料膏 / N pigment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比重（原稿值）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1.08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耐光性（单色）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耐光性（配白）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耐迁移（对 PVC）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正本酯（原稿标注）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遮盖力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3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颜料类别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有机颜料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