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PU-3115  Skin-Feel Surface Treatment Agent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Surface Treatment Materials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A water-based matte surface-treatment agent with excellent flex and abrasion resistance. It provides a soft, silky and full hand with a matte effect on leather, maintains performance after high-temperature ironing, and can achieve improved dry and wet rub resistance when used with a crosslinker.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±17%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Ionicity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Anionic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surface treatment of sofa leather, sheepskin garment leather, footwear uppers and PU/PVC synthetic leather. A crosslinker may be added to improve dry/wet rub resistance.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PU-3115  肤感表处剂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水性表面处理材料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本品水性消光表处剂，产品优异耐曲折、耐磨耗，经使用在皮革上有绵软，具有丝滑及其在皮上有丰满度，而且有不错的消光效果，经过高温烫革对皮本身不影响，加入交联剂又增强耐干湿擦。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乳白色液体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±17%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离子性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阴离子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适用于沙发革、羊皮服装、鞋面革以及合成革（PU，PVC）等表面处理。加入交联剂可增强耐干湿擦性能。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PU-3115 TDS</dc:title>
  <dc:subject>Technical Data Sheet</dc:subject>
  <dc:creator>FAST / 富可耐</dc:creator>
  <cp:keywords>FAST, TDS, PU-3115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