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PU-3116  Smooth-Feel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water-based matte surface-treatment agent with excellent flex, abrasion and scratch resistance. It provides a smooth, soft hand and retains a matte gloss after high-temperature ironing. A crosslinker may be used to improve abrasion and weather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Ionicity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Anionic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treatment of sofa leather, sheepskin garment leather, luggage and PU/PVC synthetic leather. A crosslinker may be added to improve abrasion and weather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PU-3116  平滑表处剂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本品水性消光表处剂，具有优异耐曲折性，耐磨抗刮性，经使用皮革上有平滑、柔软绵感，经过高温烫革也处于哑光光泽。赋予良好的消光性，加入交联剂增加耐磨、耐候性。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离子性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阴离子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适用于沙发革、羊皮服装、箱包和合成革（PU，PVC）等表面处理。加入交联剂可增加耐磨、耐候性。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PU-3116 TDS</dc:title>
  <dc:subject>Technical Data Sheet</dc:subject>
  <dc:creator>FAST / 富可耐</dc:creator>
  <cp:keywords>FAST, TDS, PU-3116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