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PU-321  Dry-Touch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Surface Treatment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Water-based surface-treatment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Increases dry touch with low modulus.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Reduces blocking and improves hand comfort.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surface dryness.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Mainly used on PU and PVC synthetic leather surface coatings to improve surface dryness.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PU-321  干爽表处剂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水性表面处理材料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水性表处剂乳液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增加干爽手感，低模量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改善粘连，手感舒适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提高革面干爽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主要用于合成革（PU和PVC）表面涂层。提高革面干爽度。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PU-321 TDS</dc:title>
  <dc:subject>Technical Data Sheet</dc:subject>
  <dc:creator>FAST / 富可耐</dc:creator>
  <cp:keywords>FAST, TDS, PU-321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