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PU-322  Skin-Feel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Water-based surface-treatment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skin-like feel.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Silky feel with good fullness.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Soft, delicate and lubricious touch.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Mainly used on PU and PVC synthetic leather surface coatings to improve skin-like feel.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PU-322  肤感表处剂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水性表处剂乳液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提高肤感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带有丝滑，丰满度好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柔软、细腻润滑的触感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主要用于合成革（PU和PVC）表面涂层。提高肤感。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PU-322 TDS</dc:title>
  <dc:subject>Technical Data Sheet</dc:subject>
  <dc:creator>FAST / 富可耐</dc:creator>
  <cp:keywords>FAST, TDS, PU-322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