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PU-323  Abrasion- and Scratch-Resistant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Surface Treatment Materials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Water-based surface-treatment emulsion.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Smooth, slippery hand.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Helps improve abrasion and scratch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leveling and smooth/slippery feel.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Mainly used on PU and PVC synthetic leather surface coatings, including automotive interiors, sofa leather and luggage leather. A crosslinker may be added to achieve higher physical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PU-323  耐磨耐刮表处剂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水性表面处理材料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水性表处剂乳液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手感滑爽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有利于耐磨性、耐刮性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提高流平性，增加滑爽性能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主要用于合成革（PU和PVC）表面涂层。通过添加交联剂，以获取更高物性，汽车内饰，沙发革，箱包革等。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PU-323 TDS</dc:title>
  <dc:subject>Technical Data Sheet</dc:subject>
  <dc:creator>FAST / 富可耐</dc:creator>
  <cp:keywords>FAST, TDS, PU-323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