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PU-326  Waxy-Feel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Waterborne aliphatic matte polyurethane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Excellent softness.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Matte gloss level.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Good fullness with a pronounced waxy feel.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Weather and light resistance.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Milky white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±10%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Mainly used on PU and PVC synthetic leather surface coatings. A crosslinker may be added to achieve higher physical performance.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PU-326  蜡感表处剂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水性脂肪族聚氨酯消光乳液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柔软性优秀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哑光的光泽度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丰满度好，蜡感强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耐候性、耐光性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乳白色液体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±10%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主要用于合成革（PU和PVC）表面涂层。通过添加交联剂，以获取更高物性。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PU-326 TDS</dc:title>
  <dc:subject>Technical Data Sheet</dc:subject>
  <dc:creator>FAST / 富可耐</dc:creator>
  <cp:keywords>FAST, TDS, PU-326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