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PU-327  Matte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Surface Treatment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Water-based surface-treatment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flex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matte effect.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Velvet-like touch.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physical durability.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Mainly used on PU and PVC synthetic leather surface coatings, including automotive interiors, sofa leather and luggage leather. A crosslinker may be added to achieve higher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PU-327  雾面表处剂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水性表面处理材料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水性表处剂乳液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优异的耐曲挠性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具有很强的雾面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富有丝绒般触感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优异物性坚牢度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主要用于合成革（PU和PVC）表面涂层。通过添加交联剂，以获取更高物性，汽车内饰，沙发革，箱包革等。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PU-327 TDS</dc:title>
  <dc:subject>Technical Data Sheet</dc:subject>
  <dc:creator>FAST / 富可耐</dc:creator>
  <cp:keywords>FAST, TDS, PU-327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