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PU-338  Waterborne High-Gloss Patent-Leather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Surface Treatment Materials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Water-based high-gloss patent-leather surface-treatment emulsion.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film formation and strong bonding.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cold, hydrolysis and aging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High gloss and excellent clarity; supports printing operations.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as a high-gloss patent-leather surface-treatment agent for synthetic leather.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PU-338  水性高光油皮表处剂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水性表面处理材料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水性高光油皮表处剂乳液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成膜性好，黏结牢固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具有优异的耐寒，耐水解，耐老化性能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产品亮度高，透度优异，支持印刷作业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适用于表面合成革表面,亮面油皮处理剂。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PU-338 TDS</dc:title>
  <dc:subject>Technical Data Sheet</dc:subject>
  <dc:creator>FAST / 富可耐</dc:creator>
  <cp:keywords>FAST, TDS, PU-338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