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PW-11  Water-Based Hand-Feel Additive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Post-Treatment Additives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Provides a smooth, soft, delicate and supple hand feel.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Transparent, slightly hazy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±20%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6-8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surface finishing layers on leather, synthetic leather, microfiber and textile (PU/PVC) systems. Dosage should be adjusted according to the process.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PW-11  水性手感助剂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水性后处理助剂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本品具有平滑，绵软细腻的柔润手感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透明微浊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±20%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6-8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适用于皮革，合成革，超纤，纺织（PU、PVC）表面涂饰层，根据工艺定量。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PW-11 TDS</dc:title>
  <dc:subject>Technical Data Sheet</dc:subject>
  <dc:creator>FAST / 富可耐</dc:creator>
  <cp:keywords>FAST, TDS, PW-11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