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PW-16  Smooth-Feel Additive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Post-Treatment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 special silicone copolymer designed to improve leather surface feel, scuff resistance and coating flow, while providing high smoothness and anti-blocking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±17%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surface finishing layers on leather, synthetic leather, microfiber and textile (PU/PVC) systems. Dosage should be adjusted according to the process.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PW-16  平滑手感助剂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水性后处理助剂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为特殊硅酮共聚物，可有效改善皮革表面触感，提高抗擦伤性能，增进涂饰的流动性，具有高度平滑性和防粘连性。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±17%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适用于皮革，合成革，超纤，纺织（PU、PVC）表面涂饰层，根据工艺定量。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PW-16 TDS</dc:title>
  <dc:subject>Technical Data Sheet</dc:subject>
  <dc:creator>FAST / 富可耐</dc:creator>
  <cp:keywords>FAST, TDS, PW-16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