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PW-18  Non-Plastic-Feel Additive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Post-Treatment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 water-based leather finishing hand-feel agent that provides excellent silky feel and anti-blocking performance while improving rub resistance and gloss.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±18%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surface finishing layers on leather, synthetic leather, microfiber and textile (PU/PVC) systems. Dosage should be adjusted according to the process.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PW-18  无塑感手感助剂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水性后处理助剂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本品是一种典型的皮革水涂饰手感剂，能赋予皮革涂层极好的丝滑手感，以及优异的抗粘性，同时提高涂层的耐摩擦性和光泽度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±18%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适用于皮革，合成革，超纤，纺织（PU、PVC）表面涂饰层，根据工艺定量。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PW-18 TDS</dc:title>
  <dc:subject>Technical Data Sheet</dc:subject>
  <dc:creator>FAST / 富可耐</dc:creator>
  <cp:keywords>FAST, TDS, PW-18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