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PW-531  Silky-Feel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special water-based finishing surface-treatment agent that provides a silky, skin-like and comfortable hand feel, with strong tape resistance and improved coating abrasion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±28%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PW-531  丝滑手感助剂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本品是一支特殊型水性涂饰表处剂，具有丝滑感，并且手摸有肤感，舒适，耐胶带性能强，同时提高涂层耐磨性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±28%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PW-531 TDS</dc:title>
  <dc:subject>Technical Data Sheet</dc:subject>
  <dc:creator>FAST / 富可耐</dc:creator>
  <cp:keywords>FAST, TDS, PW-531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