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PW-86  Skin-Feel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Post-Treatment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Provides a delicate, silky hand with pronounced skin-like and smooth feel, helping enhance a genuine-leather-like touch while having only a slight effect on gloss.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finishing layers on leather, synthetic leather, microfiber and textile (PU/PVC) systems. Dosage should be adjusted according to the process.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PW-86  肤感手感助剂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水性后处理助剂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本产品具有细腻，丝稠的手感，对皮革有强烈的肤感和嫩滑感，可加强涂层的真皮感，大量用于对亮度微微有影响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适用于皮革，合成革，超纤，纺织（PU、PVC）表面涂饰层，根据工艺定量。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PW-86 TDS</dc:title>
  <dc:subject>Technical Data Sheet</dc:subject>
  <dc:creator>FAST / 富可耐</dc:creator>
  <cp:keywords>FAST, TDS, PW-86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