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R-179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R-179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柠檬黄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 系列染料 / R dye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1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2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耐干洗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