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R-411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R-411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浅棕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 系列染料 / R dye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耐水性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耐酸性（原稿第 1 列）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耐酸性（原稿第 2 列）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耐水洗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耐干洗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