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R-510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R-510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浅蓝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R 系列染料 / R dye series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耐水性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耐酸性（原稿第 1 列）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6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耐酸性（原稿第 2 列）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耐干洗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4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耐甲苯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3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应用：水性皮革涂饰（系列方向）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