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RU-3115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RU-3115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聚氨酯顶消光亮剂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特性：优异耐曲折，耐磨耗，绵软，丝 滑，丰满度特优，哑光光泽</w:t>
      </w:r>
    </w:p>
    <w:p>
      <w:r>
        <w:t>应用：沙发革、羊皮服 装，汽车座垫， 箱包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