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RU-3131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RU-3131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聚氨酯顶消光亮剂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顶涂处理剂（光油） / Topcoat treatments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中软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特性：耐曲折性，耐磨抗刮性，平滑柔 软绵感，耐候性特优，哑光光泽</w:t>
      </w:r>
    </w:p>
    <w:p>
      <w:r>
        <w:t>应用：沙发革、羊皮服 装，箱包、鞋面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