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RU-3220  Aliphatic Polyurethane Resin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Waterborne Polyurethane Resins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Aliphatic polyurethane dispersion.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Forms a soft, clear film.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Excellent flex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Good mechanical processing stability.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Suitable for mid/base coating on leather, synthetic leather, PU and microfiber materials.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Semi-transparent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±30%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6-8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Character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Soft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mid and base coating layers on a wide range of leather, synthetic leather and microfiber leather.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RU-3220  脂肪族聚氨酯树脂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水性聚氨酯树脂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脂肪族聚氨酯分散乳液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成膜柔软、通透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极佳耐曲挠性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优良的机械操作稳定性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适合于各类皮革（合成革、PU、超纤）中底层涂饰中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半透明液体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±30%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6-8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特性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柔软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可以广泛地使用各类皮革、合成革、超纤中低涂层。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RU-3220 TDS</dc:title>
  <dc:subject>Technical Data Sheet</dc:subject>
  <dc:creator>FAST / 富可耐</dc:creator>
  <cp:keywords>FAST, TDS, RU-3220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