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RU-3230  Aliphatic Polyurethane Resin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Waterborne Polyurethane Resins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 soft aliphatic polyurethane dispersion.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yellowing and solvent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Good covering power and adhesion.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Suitable for soft leather applications with scratch resistance.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Semi-transparent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6-8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Soft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Widely used in mid/base coating layers on leather, synthetic leather and microfiber leather for garment and footwear applications, helping improve softness and fullness.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RU-3230  脂肪族聚氨酯树脂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水性聚氨酯树脂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是一支软的脂肪族聚氨酯分散乳液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特优的耐黄变、耐溶剂性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良好的遮盖力、粘着力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柔软皮革优选，耐刮性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半透明液体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6-8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软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广泛地使用各类皮革，合成革、超纤（服装、鞋面）中底涂饰层中，可增加各类皮革的柔软度和丰满度。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RU-3230 TDS</dc:title>
  <dc:subject>Technical Data Sheet</dc:subject>
  <dc:creator>FAST / 富可耐</dc:creator>
  <cp:keywords>FAST, TDS, RU-3230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