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RU-3240  Medium-Soft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overall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and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Uniform appearance with excellent covering power.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leather, PU synthetic leather and microfiber leather, helping improve coating extensibility and yellowing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RU-3240  中软脂肪族聚氨酯树脂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良好的综合性能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特优耐寒性、耐曲挠性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特优的耐紫外线照射性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外观均匀，特优遮盖性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适合于各种皮革，合成革（PU）、超纤，具有增加涂饰延伸力，耐黄变性能。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RU-3240 TDS</dc:title>
  <dc:subject>Technical Data Sheet</dc:subject>
  <dc:creator>FAST / 富可耐</dc:creator>
  <cp:keywords>FAST, TDS, RU-3240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