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RU-3250  Waterborne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Waterborne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coating abrasion and scratch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tough, elastic film.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mechanical processing stability and leveling.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 broad range of leather, synthetic leather and microfiber (PU/PVC) finishing systems to improve overall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RU-3250  水性聚氨酯树脂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水性聚氨酯分散液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增进涂饰的耐磨耗和耐刮性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成膜坚韧有弹性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具有良好的机械操作稳定性、流平性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适用于广泛各类皮革、合成革、超纤（PU/PVC）涂饰中，以提升总体物性。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RU-3250 TDS</dc:title>
  <dc:subject>Technical Data Sheet</dc:subject>
  <dc:creator>FAST / 富可耐</dc:creator>
  <cp:keywords>FAST, TDS, RU-3250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