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RU-3260 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overall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covering, uniformity and filling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roller-patterning and embossing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Enhances cold and weather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leather, synthetic leather and microfiber (PU/PVC) mid/base coatings where roll/emboss setting is required, including sofa leather, luggage, furniture leather and automotive interiors, to improve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RU-3260  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综合性能良好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良好的遮盖性、均匀性、填充性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特优辊花、压花性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增强耐寒性和耐候性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适用于各类皮革，合成革、超纤（PU、PVC）中增加辊压定型，中底层涂饰中有利于沙发革、箱包、家具革、汽车内饰，增加物性。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RU-3260 TDS</dc:title>
  <dc:subject>Technical Data Sheet</dc:subject>
  <dc:creator>FAST / 富可耐</dc:creator>
  <cp:keywords>FAST, TDS, RU-3260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