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RU-3270  Waterborne Aliphatic Polyurethane Resin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Waterborne Polyurethane Resins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polyurethane dispersion.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overall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light and solvent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abrasion resistance and overall physical performance.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Suitable for migration-resistant mid/base coating applications.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leather, synthetic leather, microfiber leather and related coatings to improve overall physical performance, including abrasion resistance and migration resistance on PU/PVC systems.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RU-3270  水性脂肪族聚氨酯树脂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水性聚氨酯树脂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水性脂肪族聚氨酯分散液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综合性能良好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特优耐光性、耐溶剂性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可增进耐磨性、高物性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适合于中底涂饰耐色吐移性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适用于各类皮革，合成革、超纤、涂层等。增加涂饰高物性能，提高各类皮革（PU、PVC），耐磨性，耐迁移等。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RU-3270 TDS</dc:title>
  <dc:subject>Technical Data Sheet</dc:subject>
  <dc:creator>FAST / 富可耐</dc:creator>
  <cp:keywords>FAST, TDS, RU-3270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