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RU-3280 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light and yellowing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Very strong adhesion.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dry/wet rub resistance and water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fullness and comfort of hand while providing high gloss.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Semi-transparent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Hard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a wide range of leather, synthetic leather and microfiber materials (PU/PVC), including sofa leather, automotive interior seating and luggage, for improving performance in mid/base coating layers.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RU-3280  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脂肪族聚氨酯分散液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具有极佳耐光、耐黄变性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极强的附着力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优异的耐干湿擦及耐水性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增加手感丰满舒适，高光泽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半透明液体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硬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可以广泛地使用各类皮革，合成革，超纤（PU、PVC），适合于各类沙发革，汽车内饰座垫，箱包等中底涂层提高物性等。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RU-3280 TDS</dc:title>
  <dc:subject>Technical Data Sheet</dc:subject>
  <dc:creator>FAST / 富可耐</dc:creator>
  <cp:keywords>FAST, TDS, RU-3280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