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RU-3310 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as a mid/basecoat resin for various leather applications.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adhesion and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clear, dry-touch film with excellent rebound.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 wide range of leather, synthetic leather, garment leather and soft footwear-upper basecoat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RU-3310  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适用于各类皮革，中底涂树脂。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有良好接着性和耐曲挠性。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成膜通透干爽，回弹性特优。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可以广泛地使用各类皮革、合成革、服装革、软鞋面、底涂层中。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RU-3310 TDS</dc:title>
  <dc:subject>Technical Data Sheet</dc:subject>
  <dc:creator>FAST / 富可耐</dc:creator>
  <cp:keywords>FAST, TDS, RU-3310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