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RU-3320  Medium-Soft Aliphatic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coating water and scratch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UV and flex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tough, elastic film with excellent extensibility.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embossing and shape-setting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stability and leveling.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base coating layers on various leather, garment and footwear-upper applications to improve overall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RU-3320  中软脂肪族聚氨酯树脂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增进涂饰的耐水性和耐刮性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特优紫外线照射性，曲挠性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成膜坚韧有弹性，延伸力特强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压花定型性特佳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具有良好稳定性和流平性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可广泛地使用各类皮革、服装、鞋面底涂层中，以提升总体的物性。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RU-3320 TDS</dc:title>
  <dc:subject>Technical Data Sheet</dc:subject>
  <dc:creator>FAST / 富可耐</dc:creator>
  <cp:keywords>FAST, TDS, RU-3320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