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RU-3330  Aliphatic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coating abrasion and scratch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tough, elastic and soft film with very high weather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overall performance with low surface loading and a clear grain appearance.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Soft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automotive seating, sofa leather, synthetic leather, microfiber leather, textile printing/dyeing and water-based ink applications.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RU-3330  脂肪族聚氨酯树脂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脂肪族聚氨酯分散乳液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增进涂饰的耐磨耗和耐刮性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成膜坚韧有弹性，柔软且有超高耐候性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优越综合性能，用于皮面上不过负载，粒面清澈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软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适用于汽车坐垫、沙发革等，也可以针对合成革、超纤、纺织印染、水性油墨等，应用广泛。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RU-3330 TDS</dc:title>
  <dc:subject>Technical Data Sheet</dc:subject>
  <dc:creator>FAST / 富可耐</dc:creator>
  <cp:keywords>FAST, TDS, RU-3330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