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RU-3350  Waterborne Aliphatic Polyurethane Resin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Waterborne Polyurethane Resins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Aliphatic polyurethane dispersion.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Good overall performance.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Excellent cold and flex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Very strong UV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Good drum-tumbling resistance and embossing/shape-setting performance.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Uniform appearance with excellent covering performance.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Appearance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Semi-transparent liquid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±30%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pH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7-9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Character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Medium-hard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Suitable for a wide range of leather coating systems (PU/PVC) and general mid/basecoat formulations.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use, use opened material as soon as practical, protect from freezing, and mix thoroughly before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RU-3350  水性脂肪族聚氨酯树脂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水性聚氨酯树脂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脂肪族聚氨酯分散乳液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具有良好的综合性能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特优的耐寒性，耐曲挠性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耐紫外线照射性特强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良好的耐摔鼓性压花定型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外观均匀，并具有各种特优遮盖性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外观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半透明液体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±30%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pH值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7-9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特性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中硬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可广泛地使用各类皮革（PU，PVC）涂层中，也可以使用于一般中底涂配方。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5℃～40℃，密封的原包装中至少可以保存一年，每次使用后，应重新将包装密封，一旦开启包装，应尽快将内装产品用完，本品必须防冻保存，使用前必须混合均匀。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RU-3350 TDS</dc:title>
  <dc:subject>Technical Data Sheet</dc:subject>
  <dc:creator>FAST / 富可耐</dc:creator>
  <cp:keywords>FAST, TDS, RU-3350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