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RU-3360  Waterborne Polyurethane Resin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Waterborne Polyurethane Resins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Aliphatic polyurethane dispersion.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Excellent cold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Excellent flex resistance and uniformity.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Forms a clear film with good weather resistance.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Appearance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Transparent liquid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±30%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pH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7-8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Character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Medium-hard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Ionicity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Anionic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Suitable for mid/base coating layers on leather, PU/PVC sofa leather, synthetic leather, microfiber leather, footwear uppers and luggage leather.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use, use opened material as soon as practical, protect from freezing, and mix thoroughly before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RU-3360  水性聚氨酯树脂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水性聚氨酯树脂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脂肪族聚氨酯分散乳液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特优的耐寒性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特优曲挠性、均匀性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成膜通透，耐候性好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外观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透明液体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±30%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pH值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7-8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特性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中硬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离子性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阴离子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适合于（皮革，PU，PVC）沙发革、合成革、超纤、鞋面革、箱包革，中底涂层。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5℃～40℃，密封的原包装中至少可以保存一年，每次使用后，应重新将包装密封，一旦开启包装，应尽快将内装产品用完，本品必须防冻保存，使用前必须混合均匀。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RU-3360 TDS</dc:title>
  <dc:subject>Technical Data Sheet</dc:subject>
  <dc:creator>FAST / 富可耐</dc:creator>
  <cp:keywords>FAST, TDS, RU-3360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