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RU-3370 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cold and flex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embossing and flattening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covering, uniformity and filling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clear, non-tacky film with excellent water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UV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For producing natural-looking finishes on leather, PU/PVC sofa leather, microfiber leather, footwear uppers and luggage leather, in both base and top layers.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RU-3370  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脂肪族聚氨酯分散乳液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特优的耐寒性、曲挠性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特优的压花性和压平性能极佳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良好的遮盖性、均匀性、填充性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成膜通透且不发黏，耐水性特优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耐紫外线照射性极好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使用以生产外观自然的涂饰，适合于（皮革，PU，PVC）沙发革、超纤、鞋面革、箱包底层和面层中。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RU-3370 TDS</dc:title>
  <dc:subject>Technical Data Sheet</dc:subject>
  <dc:creator>FAST / 富可耐</dc:creator>
  <cp:keywords>FAST, TDS, RU-3370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