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RU-3501  Leather &amp; Microfiber Lamination Material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Leather &amp; Microfiber Lamination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resin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soft film with a full and comfortable hand.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Leveling and bonding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Maintains the original leather hand and surface flatness.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performance for leather lamination.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25%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lamination applications involving genuine leather, transfer films and textiles.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RU-3501  专用皮革/超纤贴膜材料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专用皮革/超纤贴膜材料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脂肪族聚氨酯树脂分散液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成膜柔软，手感丰满舒适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流平性，接合性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保持皮身原有手感，平整度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针对皮革贴膜性能特优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25%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适用各类真皮，转移膜，织物等贴膜产品。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RU-3501 TDS</dc:title>
  <dc:subject>Technical Data Sheet</dc:subject>
  <dc:creator>FAST / 富可耐</dc:creator>
  <cp:keywords>FAST, TDS, RU-3501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