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特性：软性脂肪族聚氨酯树脂，成膜舒适柔软、干爽，附着性极强，压花定型佳，涂饰皮革手感自然，离板性能优</w:t>
      </w:r>
    </w:p>
    <w:p>
      <w:r>
        <w:t>应用：各类皮革涂饰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