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透明微蓝液体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特性：软性脂肪族聚氨酯树脂，耐光性极佳，手感柔软，附着性极强，涂饰皮革手感舒适自然，耐摔、耐溶剂、耐曲挠</w:t>
      </w:r>
    </w:p>
    <w:p>
      <w:r>
        <w:t>应用：各类皮革涂饰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