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RU-3540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RU-3540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特性：适用于各类皮革中底涂，有很好 接着性，耐曲折性，成膜干爽， 回弹性特优</w:t>
      </w:r>
    </w:p>
    <w:p>
      <w:r>
        <w:t>应用：各类皮革、合 成革、人造 革、其他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