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RU-3560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RU-3560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特性：特优的耐寒性，曲挠性，均匀性，成膜通透且微粘，耐水性好</w:t>
      </w:r>
    </w:p>
    <w:p>
      <w:r>
        <w:t>应用：沙发革、鞋面 革、箱包革、 服装革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