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RU-3667  Waterborne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 designed to improve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as a mid/basecoat resin for various leather applications.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strong clarity.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various leather, synthetic leather and microfiber (PU/PVC) coatings to improve rebound and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RU-3667  水性聚氨酯树脂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水性脂肪族聚氨酯分散液，高物性能可以增加总体特性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适用于各类皮革，中底涂树脂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特优的紫外线照射性能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具有很强的回弹性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成膜柔软，通透感强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可广泛地使用各类皮革，合成革，超纤（PU/PVC）涂层，增加皮革的回弹性等，高物性能。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RU-3667 TDS</dc:title>
  <dc:subject>Technical Data Sheet</dc:subject>
  <dc:creator>FAST / 富可耐</dc:creator>
  <cp:keywords>FAST, TDS, RU-3667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