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RU-3840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RU-3840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约37%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特性：成膜透明，耐擦性好，高光泽， 耐磨耗特优，手感丰满</w:t>
      </w:r>
    </w:p>
    <w:p>
      <w:r>
        <w:t>应用：适合各类皮革顶 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