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RU-5200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RU-5200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芳香族聚氨酯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聚氨酯 / Polyurethane resins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约25%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特性：成膜透明柔软，不发黏，涂饰后 粒面非常清晰，不会使皮革变 硬，耐水性极佳，延伸性特好</w:t>
      </w:r>
    </w:p>
    <w:p>
      <w:r>
        <w:t>应用：鞋里革、羊皮 之类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