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RU-5503  Waterborne Polyurethane Foaming Resin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Waterborne Polyurethane Foaming Resins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Aromatic waterborne polyurethane foaming resin emulsion.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Low-modulus, high-solids resin.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Comfortable hand with high fullness.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Good stability and dispersion.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Hydrolysis and cold resistance.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±50%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6-8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water-based footwear leather and dry-process base layers, providing a comfortable hand and good fullness. Dosage should be adjusted according to process conditions and formulation ratio.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RU-5503  水性发泡树脂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水性聚氨酯发泡树脂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芳香族水性聚氨酯发泡树脂乳液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低模量，高含量树脂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手感舒适，丰满度高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具有很好稳定性，分散性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耐水解，耐寒性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乳白色液体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±50%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6-8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适合于水性鞋革，干法贝斯，具有很好舒适手感，丰满度好，根据工艺和配比定量。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RU-5503 TDS</dc:title>
  <dc:subject>Technical Data Sheet</dc:subject>
  <dc:creator>FAST / 富可耐</dc:creator>
  <cp:keywords>FAST, TDS, RU-5503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