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RU-5971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RU-5971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脂肪族聚氨酯分散体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木器涂层乳液 / Wood coating emulsions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化学类型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聚酯型PUD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48±2%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Tg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约25 °C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MFFT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&lt;5 °C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粘度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300-1000 mPa·s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7.0-8.5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离子性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阴离子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特性：柔韧性极佳，低温成膜性好，对木材附着力强，耐曲折，低VOC</w:t>
      </w:r>
    </w:p>
    <w:p>
      <w:r>
        <w:t>应用：木器底漆、高柔韧性面漆（刷涂、辊涂、喷涂）</w:t>
      </w:r>
    </w:p>
    <w:p>
      <w:r>
        <w:t>应用类别：木器涂层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来源：木器涂层乳液产品整理稿。数值和描述依照所提供产品文档整理，属于参考资料；文档未列出的指标未作推定。具体批次以供应方最新规格资料为准。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