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RU-5972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RU-5972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羟基官能聚氨酯分散体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木器涂层乳液 / Wood coating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化学类型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聚酯型羟基PUD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Tg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约45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7.5-8.5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特性：高透明度，木材暖色度高，硬度发展快，与异氰酸酯交联后耐化学性卓越，低VOC</w:t>
      </w:r>
    </w:p>
    <w:p>
      <w:r>
        <w:t>应用：双组分木器清漆、实色面漆（刷涂、辊涂、喷涂）</w:t>
      </w:r>
    </w:p>
    <w:p>
      <w:r>
        <w:t>应用类别：木器涂层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来源：木器涂层乳液产品整理稿。数值和描述依照所提供产品文档整理，属于参考资料；文档未列出的指标未作推定。具体批次以供应方最新规格资料为准。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