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RU-6730  Polyurethane Topcoat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Polycarbonate / Topcoat 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Waterborne aliphatic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Forms a transparent film with good cold and abrasion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leveling and high gloss.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Forms a flat, smooth film with good fullness.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Flex resistance, yellowing resistance, dry non-tacky feel and good elasticity.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Transparent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Medium-soft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Widely used as a topcoat on leather, synthetic leather and microfiber leather, including automotive seating and sofa leather, to improve high-performance coating properties.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RU-6730  聚氨酯树脂（顶层）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水性聚氨酯树脂（聚碳/顶层）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水性脂肪族聚氨酯分散乳液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成膜透明、耐寒性好、耐磨性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流平性极佳，高光泽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成膜平整，细滑，丰满度好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耐曲折，耐黄变，干爽不粘弹性好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透明液体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中软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广泛使用各类皮革顶层，可用于合成革和超纤顶层。用于汽车座椅革，沙发革，增强涂层高物性能。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RU-6730 TDS</dc:title>
  <dc:subject>Technical Data Sheet</dc:subject>
  <dc:creator>FAST / 富可耐</dc:creator>
  <cp:keywords>FAST, TDS, RU-6730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