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RU-6740  Polyurethane Topcoat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Polycarbonate / Topcoat 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Waterborne aliphatic polyurethane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Forms a medium-soft, glossy film with excellent yellowing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leveling with a comfortable coating hand.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dry/wet rub and abrasion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Transparent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±35%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Medium-soft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Widely used as a topcoat on leather, synthetic leather and microfiber leather, including automotive seating and sofa leather, to improve coating performance.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RU-6740  聚氨酯树脂（顶层）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水性聚氨酯树脂（聚碳/顶层）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水性脂肪族聚氨酯分散乳液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成膜中软、光亮、耐黄变极佳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流平性极佳，涂层手感舒适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耐干湿擦，耐磨耗性能好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透明液体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±35%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中软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广泛使用各类皮革顶层，可用于合成革和超纤顶层。用于汽车座椅革，沙发革，增强涂层物性。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RU-6740 TDS</dc:title>
  <dc:subject>Technical Data Sheet</dc:subject>
  <dc:creator>FAST / 富可耐</dc:creator>
  <cp:keywords>FAST, TDS, RU-6740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